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</w:rPr>
        <w:t>Assunto: Pedido de renegociação do contrato nº [número do contrato]</w:t>
      </w:r>
    </w:p>
    <w:p>
      <w:pPr>
        <w:spacing w:after="0"/>
      </w:pPr>
    </w:p>
    <w:p>
      <w:pPr>
        <w:spacing w:after="120"/>
      </w:pPr>
      <w:r>
        <w:t>[Cidade], [data].</w:t>
      </w:r>
    </w:p>
    <w:p>
      <w:pPr>
        <w:spacing w:after="0"/>
      </w:pPr>
    </w:p>
    <w:p>
      <w:pPr>
        <w:spacing w:after="120"/>
      </w:pPr>
      <w:r>
        <w:t>À [nome da instituição credora],</w:t>
      </w:r>
    </w:p>
    <w:p>
      <w:pPr>
        <w:spacing w:after="0"/>
      </w:pPr>
    </w:p>
    <w:p>
      <w:pPr>
        <w:spacing w:after="120"/>
      </w:pPr>
      <w:r>
        <w:t>Eu, [nome completo], CPF [número], titular do contrato nº [número do contrato], referente a [cartão de crédito / empréstimo pessoal / financiamento], venho pedir a renegociação do saldo devedor.</w:t>
      </w:r>
    </w:p>
    <w:p>
      <w:pPr>
        <w:spacing w:after="0"/>
      </w:pPr>
    </w:p>
    <w:p>
      <w:pPr>
        <w:spacing w:after="120"/>
      </w:pPr>
      <w:r>
        <w:t>Minha renda mensal atual é de R$ [valor] e minhas despesas essenciais somam R$ [valor]. Nessas condições, consigo pagar parcelas de até R$ [valor] por mês.</w:t>
      </w:r>
    </w:p>
    <w:p>
      <w:pPr>
        <w:spacing w:after="0"/>
      </w:pPr>
    </w:p>
    <w:p>
      <w:pPr>
        <w:spacing w:after="120"/>
      </w:pPr>
      <w:r>
        <w:t>Peço que me enviem, por escrito:</w:t>
      </w:r>
    </w:p>
    <w:p>
      <w:pPr>
        <w:spacing w:after="0"/>
      </w:pPr>
    </w:p>
    <w:p>
      <w:pPr>
        <w:spacing w:after="120"/>
      </w:pPr>
      <w:r>
        <w:t>1. o saldo devedor atualizado, separando principal, juros, multa e encargos;</w:t>
      </w:r>
    </w:p>
    <w:p>
      <w:pPr>
        <w:spacing w:after="120"/>
      </w:pPr>
      <w:r>
        <w:t>2. uma proposta de parcelamento com parcela de até R$ [valor], informando o número de parcelas, a taxa de juros mensal e anual, o custo efetivo total e o valor total a pagar;</w:t>
      </w:r>
    </w:p>
    <w:p>
      <w:pPr>
        <w:spacing w:after="120"/>
      </w:pPr>
      <w:r>
        <w:t>3. as condições para quitação à vista, se houver.</w:t>
      </w:r>
    </w:p>
    <w:p>
      <w:pPr>
        <w:spacing w:after="0"/>
      </w:pPr>
    </w:p>
    <w:p>
      <w:pPr>
        <w:spacing w:after="120"/>
      </w:pPr>
      <w:r>
        <w:t>Peço resposta por escrito, pelo e-mail [endereço]. Telefone para contato: [número].</w:t>
      </w:r>
    </w:p>
    <w:p>
      <w:pPr>
        <w:spacing w:after="0"/>
      </w:pPr>
    </w:p>
    <w:p>
      <w:pPr>
        <w:spacing w:after="120"/>
      </w:pPr>
      <w:r>
        <w:t>Atenciosamente,</w:t>
      </w:r>
    </w:p>
    <w:p>
      <w:pPr>
        <w:spacing w:after="120"/>
      </w:pPr>
      <w:r>
        <w:t>[nome completo]</w:t>
      </w:r>
    </w:p>
    <w:p/>
    <w:p>
      <w:pPr>
        <w:jc w:val="left"/>
      </w:pPr>
      <w:r>
        <w:rPr>
          <w:i/>
          <w:sz w:val="17"/>
        </w:rPr>
        <w:t>Modelo educacional do Patrimo (patrimo.app). Não é aconselhamento jurídico. Adapte os trechos entre colchetes à sua situação. Em caso de dúvida sobre os seus direitos, procure o Procon ou a Defensoria Pública.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1: pedido de renegociação ao credor</dc:title>
  <dc:subject/>
  <dc:creator>Patrimo</dc:creator>
  <cp:keywords/>
  <dc:description>Modelo educacional. Não é aconselhamento jurídico.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