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</w:rPr>
        <w:t>Assunto: Pedido de cópia do contrato e de demonstrativo da dívida, contrato nº [número do contrato]</w:t>
      </w:r>
    </w:p>
    <w:p>
      <w:pPr>
        <w:spacing w:after="0"/>
      </w:pPr>
    </w:p>
    <w:p>
      <w:pPr>
        <w:spacing w:after="120"/>
      </w:pPr>
      <w:r>
        <w:t>[Cidade], [data].</w:t>
      </w:r>
    </w:p>
    <w:p>
      <w:pPr>
        <w:spacing w:after="0"/>
      </w:pPr>
    </w:p>
    <w:p>
      <w:pPr>
        <w:spacing w:after="120"/>
      </w:pPr>
      <w:r>
        <w:t>À [nome da instituição credora],</w:t>
      </w:r>
    </w:p>
    <w:p>
      <w:pPr>
        <w:spacing w:after="0"/>
      </w:pPr>
    </w:p>
    <w:p>
      <w:pPr>
        <w:spacing w:after="120"/>
      </w:pPr>
      <w:r>
        <w:t>Eu, [nome completo], CPF [número], peço, com base no direito à informação previsto no art. 6º, III, do Código de Defesa do Consumidor:</w:t>
      </w:r>
    </w:p>
    <w:p>
      <w:pPr>
        <w:spacing w:after="0"/>
      </w:pPr>
    </w:p>
    <w:p>
      <w:pPr>
        <w:spacing w:after="120"/>
      </w:pPr>
      <w:r>
        <w:t>1. cópia do contrato nº [número do contrato] e de seus aditivos;</w:t>
      </w:r>
    </w:p>
    <w:p>
      <w:pPr>
        <w:spacing w:after="120"/>
      </w:pPr>
      <w:r>
        <w:t>2. demonstrativo da evolução da dívida desde a contratação, com as taxas de juros aplicadas, os pagamentos feitos, as multas e os encargos cobrados;</w:t>
      </w:r>
    </w:p>
    <w:p>
      <w:pPr>
        <w:spacing w:after="120"/>
      </w:pPr>
      <w:r>
        <w:t>3. o custo efetivo total da operação.</w:t>
      </w:r>
    </w:p>
    <w:p>
      <w:pPr>
        <w:spacing w:after="0"/>
      </w:pPr>
    </w:p>
    <w:p>
      <w:pPr>
        <w:spacing w:after="120"/>
      </w:pPr>
      <w:r>
        <w:t>Peço o envio para o e-mail [endereço].</w:t>
      </w:r>
    </w:p>
    <w:p>
      <w:pPr>
        <w:spacing w:after="0"/>
      </w:pPr>
    </w:p>
    <w:p>
      <w:pPr>
        <w:spacing w:after="120"/>
      </w:pPr>
      <w:r>
        <w:t>Atenciosamente,</w:t>
      </w:r>
    </w:p>
    <w:p>
      <w:pPr>
        <w:spacing w:after="120"/>
      </w:pPr>
      <w:r>
        <w:t>[nome completo]</w:t>
      </w:r>
    </w:p>
    <w:p/>
    <w:p>
      <w:pPr>
        <w:jc w:val="left"/>
      </w:pPr>
      <w:r>
        <w:rPr>
          <w:i/>
          <w:sz w:val="17"/>
        </w:rPr>
        <w:t>Modelo educacional do Patrimo (patrimo.app). Não é aconselhamento jurídico. Adapte os trechos entre colchetes à sua situação. Em caso de dúvida sobre os seus direitos, procure o Procon ou a Defensoria Pública.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3: pedido de cópia do contrato e do demonstrativo da dívida</dc:title>
  <dc:subject/>
  <dc:creator>Patrimo</dc:creator>
  <cp:keywords/>
  <dc:description>Modelo educacional. Não é aconselhamento jurídico.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